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Mahaveer English Medium School &amp; Jr. College</w:t>
      </w:r>
    </w:p>
    <w:p>
      <w:pPr>
        <w:pStyle w:val="Title"/>
      </w:pPr>
      <w:r>
        <w:t>Admission form</w:t>
      </w:r>
    </w:p>
    <w:p>
      <w:r>
        <w:t>Academic year 2027–2028</w:t>
      </w:r>
    </w:p>
    <w:p>
      <w:r>
        <w:t>Complete in clear handwriting and submit to the school office. Write NA, Not applicable or a dash in text fields that do not apply. Leave optional mobile, email and date fields blank if unavailable; otherwise enter valid details. Use additional sheets if needed.</w:t>
      </w:r>
    </w:p>
    <w:p>
      <w:r>
        <w:t>Application No (office use) ______________  Login WhatsApp mobile ______________</w:t>
      </w:r>
    </w:p>
    <w:p>
      <w:pPr>
        <w:pStyle w:val="Heading1"/>
      </w:pPr>
      <w:r>
        <w:t>Student details</w:t>
      </w:r>
    </w:p>
    <w:p>
      <w:pPr>
        <w:spacing w:after="200"/>
      </w:pPr>
      <w:r>
        <w:rPr>
          <w:b/>
        </w:rPr>
        <w:t xml:space="preserve">Surname: </w:t>
      </w:r>
      <w:r>
        <w:t>____________________________________________________________________</w:t>
      </w:r>
    </w:p>
    <w:p>
      <w:pPr>
        <w:spacing w:after="200"/>
      </w:pPr>
      <w:r>
        <w:rPr>
          <w:b/>
        </w:rPr>
        <w:t xml:space="preserve">First Name: </w:t>
      </w:r>
      <w:r>
        <w:t>_________________________________________________________________</w:t>
      </w:r>
    </w:p>
    <w:p>
      <w:pPr>
        <w:spacing w:after="200"/>
      </w:pPr>
      <w:r>
        <w:rPr>
          <w:b/>
        </w:rPr>
        <w:t xml:space="preserve">Middle Name: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Date Of Birth DD/MM/YYYY: </w:t>
      </w:r>
      <w:r>
        <w:t>___________________________________________________</w:t>
      </w:r>
    </w:p>
    <w:p>
      <w:pPr>
        <w:spacing w:after="200"/>
      </w:pPr>
      <w:r>
        <w:rPr>
          <w:b/>
        </w:rPr>
        <w:t xml:space="preserve">Gender: </w:t>
      </w:r>
      <w:r>
        <w:t>_____________________________________________________________________</w:t>
      </w:r>
    </w:p>
    <w:p>
      <w:pPr>
        <w:spacing w:after="200"/>
      </w:pPr>
      <w:r>
        <w:rPr>
          <w:b/>
        </w:rPr>
        <w:t xml:space="preserve">Student Email ID: </w:t>
      </w:r>
      <w:r>
        <w:t>___________________________________________________________</w:t>
      </w:r>
    </w:p>
    <w:p>
      <w:pPr>
        <w:spacing w:after="200"/>
      </w:pPr>
      <w:r>
        <w:rPr>
          <w:b/>
        </w:rPr>
        <w:t xml:space="preserve">Class Seeking Admission: </w:t>
      </w:r>
      <w:r>
        <w:t>____________________________________________________</w:t>
      </w:r>
    </w:p>
    <w:p>
      <w:pPr>
        <w:spacing w:after="200"/>
      </w:pPr>
      <w:r>
        <w:rPr>
          <w:b/>
        </w:rPr>
        <w:t xml:space="preserve">Student Aadhar Number: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Birth City: </w:t>
      </w:r>
      <w:r>
        <w:t>_________________________________________________________________</w:t>
      </w:r>
    </w:p>
    <w:p>
      <w:pPr>
        <w:spacing w:after="200"/>
      </w:pPr>
      <w:r>
        <w:rPr>
          <w:b/>
        </w:rPr>
        <w:t xml:space="preserve">Birth District: </w:t>
      </w:r>
      <w:r>
        <w:t>_____________________________________________________________</w:t>
      </w:r>
    </w:p>
    <w:p>
      <w:pPr>
        <w:spacing w:after="200"/>
      </w:pPr>
      <w:r>
        <w:rPr>
          <w:b/>
        </w:rPr>
        <w:t xml:space="preserve">Birth State: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Birth Country: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Sibling Name: </w:t>
      </w:r>
      <w:r>
        <w:t>_______________________________________________________________</w:t>
      </w:r>
    </w:p>
    <w:p>
      <w:pPr>
        <w:spacing w:after="200"/>
      </w:pPr>
      <w:r>
        <w:rPr>
          <w:b/>
        </w:rPr>
        <w:t xml:space="preserve">Sibling Class: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Sibling School Name: </w:t>
      </w:r>
      <w:r>
        <w:t>________________________________________________________</w:t>
      </w:r>
    </w:p>
    <w:p>
      <w:r>
        <w:br w:type="page"/>
      </w:r>
    </w:p>
    <w:p>
      <w:pPr>
        <w:pStyle w:val="Heading2"/>
      </w:pPr>
      <w:r>
        <w:t>Mahaveer English Medium School &amp; Jr. College</w:t>
      </w:r>
    </w:p>
    <w:p>
      <w:pPr>
        <w:pStyle w:val="Title"/>
      </w:pPr>
      <w:r>
        <w:t>Address and family details</w:t>
      </w:r>
    </w:p>
    <w:p>
      <w:r>
        <w:t>Student name __________________________  Application No ______________</w:t>
      </w:r>
    </w:p>
    <w:p>
      <w:pPr>
        <w:pStyle w:val="Heading1"/>
      </w:pPr>
      <w:r>
        <w:t>Residential address</w:t>
      </w:r>
    </w:p>
    <w:p>
      <w:pPr>
        <w:spacing w:after="200"/>
      </w:pPr>
      <w:r>
        <w:rPr>
          <w:b/>
        </w:rPr>
        <w:t xml:space="preserve">Address Line 1: </w:t>
      </w:r>
      <w:r>
        <w:t>_____________________________________________________________</w:t>
      </w:r>
    </w:p>
    <w:p>
      <w:pPr>
        <w:spacing w:after="200"/>
      </w:pPr>
      <w:r>
        <w:rPr>
          <w:b/>
        </w:rPr>
        <w:t xml:space="preserve">Address Line 2: </w:t>
      </w:r>
      <w:r>
        <w:t>_____________________________________________________________</w:t>
      </w:r>
    </w:p>
    <w:p>
      <w:pPr>
        <w:spacing w:after="200"/>
      </w:pPr>
      <w:r>
        <w:rPr>
          <w:b/>
        </w:rPr>
        <w:t xml:space="preserve">City / Town: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State: </w:t>
      </w:r>
      <w:r>
        <w:t>______________________________________________________________________</w:t>
      </w:r>
    </w:p>
    <w:p>
      <w:pPr>
        <w:spacing w:after="200"/>
      </w:pPr>
      <w:r>
        <w:rPr>
          <w:b/>
        </w:rPr>
        <w:t xml:space="preserve">Pin Code: </w:t>
      </w:r>
      <w:r>
        <w:t>___________________________________________________________________</w:t>
      </w:r>
    </w:p>
    <w:p>
      <w:pPr>
        <w:spacing w:after="200"/>
      </w:pPr>
      <w:r>
        <w:rPr>
          <w:b/>
        </w:rPr>
        <w:t xml:space="preserve">Country: </w:t>
      </w:r>
      <w:r>
        <w:t>____________________________________________________________________</w:t>
      </w:r>
    </w:p>
    <w:p>
      <w:pPr>
        <w:pStyle w:val="Heading1"/>
      </w:pPr>
      <w:r>
        <w:t>Father details</w:t>
      </w:r>
    </w:p>
    <w:p>
      <w:pPr>
        <w:spacing w:after="200"/>
      </w:pPr>
      <w:r>
        <w:rPr>
          <w:b/>
        </w:rPr>
        <w:t xml:space="preserve">Father's Name: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Mobile Number: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Email ID (optional): </w:t>
      </w:r>
      <w:r>
        <w:t>________________________________________________________</w:t>
      </w:r>
    </w:p>
    <w:p>
      <w:pPr>
        <w:spacing w:after="200"/>
      </w:pPr>
      <w:r>
        <w:rPr>
          <w:b/>
        </w:rPr>
        <w:t xml:space="preserve">Educational Qualification: </w:t>
      </w:r>
      <w:r>
        <w:t>__________________________________________________</w:t>
      </w:r>
    </w:p>
    <w:p>
      <w:pPr>
        <w:spacing w:after="200"/>
      </w:pPr>
      <w:r>
        <w:rPr>
          <w:b/>
        </w:rPr>
        <w:t xml:space="preserve">Occupation: </w:t>
      </w:r>
      <w:r>
        <w:t>_________________________________________________________________</w:t>
      </w:r>
    </w:p>
    <w:p>
      <w:pPr>
        <w:spacing w:after="200"/>
      </w:pPr>
      <w:r>
        <w:rPr>
          <w:b/>
        </w:rPr>
        <w:t xml:space="preserve">Organization Name: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Designation: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Annual Income: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Office Contact Number: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Date Of Birth (optional) DD/MM/YYYY: </w:t>
      </w:r>
      <w:r>
        <w:t>________________________________________</w:t>
      </w:r>
    </w:p>
    <w:p>
      <w:r>
        <w:br w:type="page"/>
      </w:r>
    </w:p>
    <w:p>
      <w:pPr>
        <w:pStyle w:val="Heading2"/>
      </w:pPr>
      <w:r>
        <w:t>Mahaveer English Medium School &amp; Jr. College</w:t>
      </w:r>
    </w:p>
    <w:p>
      <w:pPr>
        <w:pStyle w:val="Title"/>
      </w:pPr>
      <w:r>
        <w:t>Mother and guardian details</w:t>
      </w:r>
    </w:p>
    <w:p>
      <w:r>
        <w:t>Student name __________________________  Application No ______________</w:t>
      </w:r>
    </w:p>
    <w:p>
      <w:pPr>
        <w:pStyle w:val="Heading1"/>
      </w:pPr>
      <w:r>
        <w:t>Mother details</w:t>
      </w:r>
    </w:p>
    <w:p>
      <w:pPr>
        <w:spacing w:after="200"/>
      </w:pPr>
      <w:r>
        <w:rPr>
          <w:b/>
        </w:rPr>
        <w:t xml:space="preserve">Mother's Name: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Mobile Number (optional): </w:t>
      </w:r>
      <w:r>
        <w:t>___________________________________________________</w:t>
      </w:r>
    </w:p>
    <w:p>
      <w:pPr>
        <w:spacing w:after="200"/>
      </w:pPr>
      <w:r>
        <w:rPr>
          <w:b/>
        </w:rPr>
        <w:t xml:space="preserve">Email ID (optional): </w:t>
      </w:r>
      <w:r>
        <w:t>________________________________________________________</w:t>
      </w:r>
    </w:p>
    <w:p>
      <w:pPr>
        <w:spacing w:after="200"/>
      </w:pPr>
      <w:r>
        <w:rPr>
          <w:b/>
        </w:rPr>
        <w:t xml:space="preserve">Educational Qualification: </w:t>
      </w:r>
      <w:r>
        <w:t>__________________________________________________</w:t>
      </w:r>
    </w:p>
    <w:p>
      <w:pPr>
        <w:spacing w:after="200"/>
      </w:pPr>
      <w:r>
        <w:rPr>
          <w:b/>
        </w:rPr>
        <w:t xml:space="preserve">Occupation: </w:t>
      </w:r>
      <w:r>
        <w:t>_________________________________________________________________</w:t>
      </w:r>
    </w:p>
    <w:p>
      <w:pPr>
        <w:spacing w:after="200"/>
      </w:pPr>
      <w:r>
        <w:rPr>
          <w:b/>
        </w:rPr>
        <w:t xml:space="preserve">Organization Name: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Designation: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Annual Income: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Office Contact Number: </w:t>
      </w:r>
      <w:r>
        <w:t>______________________________________________________</w:t>
      </w:r>
    </w:p>
    <w:p>
      <w:pPr>
        <w:spacing w:after="200"/>
      </w:pPr>
      <w:r>
        <w:rPr>
          <w:b/>
        </w:rPr>
        <w:t xml:space="preserve">Date Of Birth (optional) DD/MM/YYYY: </w:t>
      </w:r>
      <w:r>
        <w:t>________________________________________</w:t>
      </w:r>
    </w:p>
    <w:p>
      <w:pPr>
        <w:pStyle w:val="Heading1"/>
      </w:pPr>
      <w:r>
        <w:t>Guardian details</w:t>
      </w:r>
    </w:p>
    <w:p>
      <w:pPr>
        <w:spacing w:after="200"/>
      </w:pPr>
      <w:r>
        <w:rPr>
          <w:b/>
        </w:rPr>
        <w:t xml:space="preserve">Guardian Name (optional): </w:t>
      </w:r>
      <w:r>
        <w:t>___________________________________________________</w:t>
      </w:r>
    </w:p>
    <w:p>
      <w:pPr>
        <w:spacing w:after="200"/>
      </w:pPr>
      <w:r>
        <w:rPr>
          <w:b/>
        </w:rPr>
        <w:t xml:space="preserve">Mobile Number (optional): </w:t>
      </w:r>
      <w:r>
        <w:t>___________________________________________________</w:t>
      </w:r>
    </w:p>
    <w:p>
      <w:pPr>
        <w:spacing w:after="200"/>
      </w:pPr>
      <w:r>
        <w:rPr>
          <w:b/>
        </w:rPr>
        <w:t xml:space="preserve">Email ID (optional): </w:t>
      </w:r>
      <w:r>
        <w:t>________________________________________________________</w:t>
      </w:r>
    </w:p>
    <w:p>
      <w:pPr>
        <w:spacing w:after="200"/>
      </w:pPr>
      <w:r>
        <w:rPr>
          <w:b/>
        </w:rPr>
        <w:t xml:space="preserve">Relationship (optional): </w:t>
      </w:r>
      <w:r>
        <w:t>____________________________________________________</w:t>
      </w:r>
    </w:p>
    <w:p>
      <w:pPr>
        <w:spacing w:after="200"/>
      </w:pPr>
      <w:r>
        <w:rPr>
          <w:b/>
        </w:rPr>
        <w:t xml:space="preserve">Annual Income (optional): </w:t>
      </w:r>
      <w:r>
        <w:t>___________________________________________________</w:t>
      </w:r>
    </w:p>
    <w:p>
      <w:r>
        <w:br w:type="page"/>
      </w:r>
    </w:p>
    <w:p>
      <w:pPr>
        <w:pStyle w:val="Heading2"/>
      </w:pPr>
      <w:r>
        <w:t>Mahaveer English Medium School &amp; Jr. College</w:t>
      </w:r>
    </w:p>
    <w:p>
      <w:pPr>
        <w:pStyle w:val="Title"/>
      </w:pPr>
      <w:r>
        <w:t>Additional medical and previous school details</w:t>
      </w:r>
    </w:p>
    <w:p>
      <w:r>
        <w:t>Student name __________________________  Application No ______________</w:t>
      </w:r>
    </w:p>
    <w:p>
      <w:pPr>
        <w:pStyle w:val="Heading1"/>
      </w:pPr>
      <w:r>
        <w:t>Additional details</w:t>
      </w:r>
    </w:p>
    <w:p>
      <w:pPr>
        <w:spacing w:after="200"/>
      </w:pPr>
      <w:r>
        <w:rPr>
          <w:b/>
        </w:rPr>
        <w:t xml:space="preserve">Religion: </w:t>
      </w:r>
      <w:r>
        <w:t>___________________________________________________________________</w:t>
      </w:r>
    </w:p>
    <w:p>
      <w:pPr>
        <w:spacing w:after="200"/>
      </w:pPr>
      <w:r>
        <w:rPr>
          <w:b/>
        </w:rPr>
        <w:t xml:space="preserve">Mother Tongue: </w:t>
      </w:r>
      <w:r>
        <w:t>______________________________________________________________</w:t>
      </w:r>
    </w:p>
    <w:p>
      <w:pPr>
        <w:spacing w:after="200"/>
      </w:pPr>
      <w:r>
        <w:rPr>
          <w:b/>
        </w:rPr>
        <w:t xml:space="preserve">Category: </w:t>
      </w:r>
      <w:r>
        <w:t>___________________________________________________________________</w:t>
      </w:r>
    </w:p>
    <w:p>
      <w:pPr>
        <w:spacing w:after="200"/>
      </w:pPr>
      <w:r>
        <w:rPr>
          <w:b/>
        </w:rPr>
        <w:t xml:space="preserve">Nationality: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Caste: </w:t>
      </w:r>
      <w:r>
        <w:t>______________________________________________________________________</w:t>
      </w:r>
    </w:p>
    <w:p>
      <w:pPr>
        <w:pStyle w:val="Heading1"/>
      </w:pPr>
      <w:r>
        <w:t>Medical details</w:t>
      </w:r>
    </w:p>
    <w:p>
      <w:pPr>
        <w:spacing w:after="200"/>
      </w:pPr>
      <w:r>
        <w:rPr>
          <w:b/>
        </w:rPr>
        <w:t xml:space="preserve">Weight (kg):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Height (cm): </w:t>
      </w:r>
      <w:r>
        <w:t>________________________________________________________________</w:t>
      </w:r>
    </w:p>
    <w:p>
      <w:pPr>
        <w:spacing w:after="200"/>
      </w:pPr>
      <w:r>
        <w:rPr>
          <w:b/>
        </w:rPr>
        <w:t xml:space="preserve">Blood Group (optional): </w:t>
      </w:r>
      <w:r>
        <w:t>_____________________________________________________</w:t>
      </w:r>
    </w:p>
    <w:p>
      <w:pPr>
        <w:spacing w:after="200"/>
      </w:pPr>
      <w:r>
        <w:rPr>
          <w:b/>
        </w:rPr>
        <w:t xml:space="preserve">Allergies: </w:t>
      </w:r>
      <w:r>
        <w:t>__________________________________________________________________</w:t>
      </w:r>
    </w:p>
    <w:p>
      <w:pPr>
        <w:spacing w:after="200"/>
      </w:pPr>
      <w:r>
        <w:rPr>
          <w:b/>
        </w:rPr>
        <w:t xml:space="preserve">Identification Mark: </w:t>
      </w:r>
      <w:r>
        <w:t>________________________________________________________</w:t>
      </w:r>
    </w:p>
    <w:p>
      <w:r>
        <w:t>Weight in kg and height in cm are required positive numbers. Blood group may be left blank if unknown.</w:t>
      </w:r>
    </w:p>
    <w:p>
      <w:pPr>
        <w:pStyle w:val="Heading1"/>
      </w:pPr>
      <w:r>
        <w:t>Previous school details</w:t>
      </w:r>
    </w:p>
    <w:p>
      <w:pPr>
        <w:spacing w:after="200"/>
      </w:pPr>
      <w:r>
        <w:rPr>
          <w:b/>
        </w:rPr>
        <w:t xml:space="preserve">Previous School Name (optional): </w:t>
      </w:r>
      <w:r>
        <w:t>____________________________________________</w:t>
      </w:r>
    </w:p>
    <w:p>
      <w:pPr>
        <w:spacing w:after="200"/>
      </w:pPr>
      <w:r>
        <w:rPr>
          <w:b/>
        </w:rPr>
        <w:t xml:space="preserve">Previous School Address (optional): </w:t>
      </w:r>
      <w:r>
        <w:t>_________________________________________</w:t>
      </w:r>
    </w:p>
    <w:p>
      <w:pPr>
        <w:spacing w:after="200"/>
      </w:pPr>
      <w:r>
        <w:rPr>
          <w:b/>
        </w:rPr>
        <w:t xml:space="preserve">Board (optional): </w:t>
      </w:r>
      <w:r>
        <w:t>___________________________________________________________</w:t>
      </w:r>
    </w:p>
    <w:p>
      <w:pPr>
        <w:spacing w:after="200"/>
      </w:pPr>
      <w:r>
        <w:rPr>
          <w:b/>
        </w:rPr>
        <w:t xml:space="preserve">Medium Of Instruction (optional): </w:t>
      </w:r>
      <w:r>
        <w:t>___________________________________________</w:t>
      </w:r>
    </w:p>
    <w:p>
      <w:pPr>
        <w:spacing w:after="200"/>
      </w:pPr>
      <w:r>
        <w:rPr>
          <w:b/>
        </w:rPr>
        <w:t xml:space="preserve">Last Class Passed (optional): </w:t>
      </w:r>
      <w:r>
        <w:t>_______________________________________________</w:t>
      </w:r>
    </w:p>
    <w:p>
      <w:pPr>
        <w:spacing w:after="200"/>
      </w:pPr>
      <w:r>
        <w:rPr>
          <w:b/>
        </w:rPr>
        <w:t xml:space="preserve">Percentage / Grade (optional): </w:t>
      </w:r>
      <w:r>
        <w:t>______________________________________________</w:t>
      </w:r>
    </w:p>
    <w:p>
      <w:pPr>
        <w:spacing w:after="200"/>
      </w:pPr>
      <w:r>
        <w:rPr>
          <w:b/>
        </w:rPr>
        <w:t xml:space="preserve">Previous School UDISE No (optional): </w:t>
      </w:r>
      <w:r>
        <w:t>________________________________________</w:t>
      </w:r>
    </w:p>
    <w:p>
      <w:pPr>
        <w:spacing w:after="200"/>
      </w:pPr>
      <w:r>
        <w:rPr>
          <w:b/>
        </w:rPr>
        <w:t xml:space="preserve">Student Saral ID (optional): </w:t>
      </w:r>
      <w:r>
        <w:t>________________________________________________</w:t>
      </w:r>
    </w:p>
    <w:p>
      <w:r>
        <w:br w:type="page"/>
      </w:r>
    </w:p>
    <w:p>
      <w:pPr>
        <w:pStyle w:val="Heading2"/>
      </w:pPr>
      <w:r>
        <w:t>Mahaveer English Medium School &amp; Jr. College</w:t>
      </w:r>
    </w:p>
    <w:p>
      <w:pPr>
        <w:pStyle w:val="Title"/>
      </w:pPr>
      <w:r>
        <w:t>Documents and declaration</w:t>
      </w:r>
    </w:p>
    <w:p>
      <w:r>
        <w:t>Student name __________________________  Application No ______________</w:t>
      </w:r>
    </w:p>
    <w:p>
      <w:r>
        <w:t>Student photograph                         Father photograph                         Mother photograph</w:t>
      </w:r>
    </w:p>
    <w:p>
      <w:r>
        <w:br/>
        <w:br/>
        <w:br/>
      </w:r>
    </w:p>
    <w:p>
      <w:pPr>
        <w:pStyle w:val="Heading1"/>
      </w:pPr>
      <w:r>
        <w:t>Document checklist</w:t>
      </w:r>
    </w:p>
    <w:p>
      <w:r>
        <w:t>Tick the documents enclosed where applicable. The school office will advise which supporting documents are needed.</w:t>
      </w:r>
    </w:p>
    <w:p>
      <w:pPr>
        <w:spacing w:after="100"/>
      </w:pPr>
      <w:r>
        <w:t>[  ] Student birth certificate</w:t>
      </w:r>
    </w:p>
    <w:p>
      <w:pPr>
        <w:spacing w:after="100"/>
      </w:pPr>
      <w:r>
        <w:t>[  ] Student Aadhaar card</w:t>
      </w:r>
    </w:p>
    <w:p>
      <w:pPr>
        <w:spacing w:after="100"/>
      </w:pPr>
      <w:r>
        <w:t>[  ] Father Aadhaar card</w:t>
      </w:r>
    </w:p>
    <w:p>
      <w:pPr>
        <w:spacing w:after="100"/>
      </w:pPr>
      <w:r>
        <w:t>[  ] Mother Aadhaar card</w:t>
      </w:r>
    </w:p>
    <w:p>
      <w:pPr>
        <w:spacing w:after="100"/>
      </w:pPr>
      <w:r>
        <w:t>[  ] Previous report card</w:t>
      </w:r>
    </w:p>
    <w:p>
      <w:pPr>
        <w:spacing w:after="100"/>
      </w:pPr>
      <w:r>
        <w:t>[  ] Caste certificate</w:t>
      </w:r>
    </w:p>
    <w:p>
      <w:pPr>
        <w:spacing w:after="100"/>
      </w:pPr>
      <w:r>
        <w:t>[  ] Previous school leaving certificate</w:t>
      </w:r>
    </w:p>
    <w:p>
      <w:pPr>
        <w:spacing w:after="100"/>
      </w:pPr>
      <w:r>
        <w:t>[  ] Student photograph</w:t>
      </w:r>
    </w:p>
    <w:p>
      <w:pPr>
        <w:spacing w:after="100"/>
      </w:pPr>
      <w:r>
        <w:t>[  ] Father photograph</w:t>
      </w:r>
    </w:p>
    <w:p>
      <w:pPr>
        <w:spacing w:after="100"/>
      </w:pPr>
      <w:r>
        <w:t>[  ] Mother photograph</w:t>
      </w:r>
    </w:p>
    <w:p>
      <w:pPr>
        <w:pStyle w:val="Heading1"/>
      </w:pPr>
      <w:r>
        <w:t>Declaration</w:t>
      </w:r>
    </w:p>
    <w:p>
      <w:r>
        <w:t>I confirm that the information provided in this form is true and correct to the best of my knowledge.</w:t>
      </w:r>
    </w:p>
    <w:p>
      <w:pPr>
        <w:spacing w:after="200"/>
      </w:pPr>
      <w:r>
        <w:rPr>
          <w:b/>
        </w:rPr>
        <w:t xml:space="preserve">Declaration Date DD/MM/YYYY: </w:t>
      </w:r>
      <w:r>
        <w:t>________________________________________________</w:t>
      </w:r>
    </w:p>
    <w:p>
      <w:r>
        <w:t>Parent or guardian name ______________________________________________</w:t>
      </w:r>
    </w:p>
    <w:p>
      <w:r>
        <w:t>Parent or guardian signature __________________________________________</w:t>
      </w:r>
    </w:p>
    <w:p>
      <w:pPr>
        <w:pStyle w:val="Heading1"/>
      </w:pPr>
      <w:r>
        <w:t>For office use</w:t>
      </w:r>
    </w:p>
    <w:p>
      <w:r>
        <w:t>Remarks regarding admission test: ______________________________________</w:t>
      </w:r>
    </w:p>
    <w:p>
      <w:r>
        <w:t>Selected or not selected: ______________________________________________</w:t>
      </w:r>
    </w:p>
    <w:p>
      <w:r>
        <w:t>Form fee payment or waiver reference: __________________________________</w:t>
      </w:r>
    </w:p>
    <w:p>
      <w:r>
        <w:t>Verified by and date: __________________________________________________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Admission 2027–2028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